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החורף – מילים מהעונה הקרה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מילים הקשורות לחורף מתוך התפזורת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מילות חורף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מילים דומות כמו ברק ורעם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שנשארים אחרי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להתחמם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חרמון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צעיף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ברק הוא האור, ורעם הוא הקול שבא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הכנרת היא אגם גדול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המגפיים שומרים על הרגליים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עגורים הם ציפורים שנודדות בחורף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חרמון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(אור חזק בשמיים בזמן 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(קול חזק שבא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(בד שעוטפים סביב הצוואר כדי להתחמם)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(קבוצה גדולה של ציפורים שטסות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(ציפורים גדולות שנודדות בחורף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 כהים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הרוח מתחזקת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רואים ברק בשמיים ושומעים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 גשם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ברק הוא האור בשמיים, ורעם הוא הקול שבא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להישאר חמים, ואפשר להוריד בגד אם מתחמם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ברק-אור, רעם-קול אחרי הברק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בפתרון התפזורת בזוגות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ההבדל בין ברק לרעם לפני תרגיל האמת/שקר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החלקים המסומנים כקשים ולהתמקד בהתאמה ובהשלמת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החורף – מילים מהעונה הקרה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בתפזורת מסתתרות מילים רבות שקשורות לעונת החורף – בגדים, מזג אוויר, מקומות בארץ ובעלי חיים. בדף הזה נתרגל את המילים האלה ואת המשמעות שלהן.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שלולית?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שנשארים אחרי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ענן גדול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ציפורים נודדות לישראל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ברווזי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לובשים כמה שכבות בגדים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להיראות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לשחות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הר בישראל יורד עליו שלג?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סביב הצוואר כדי להתחמם?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הקול החזק שבא אחרי האור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כנרת הוא שמו של אגם גדול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מגפיים נועלים כדי ללכת בבטחה בשלוליות ובבוץ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הם סוג של דגים הגרים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הגשם נוצרה __________ גדולה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אני נועל __________ כדי שהרגליים לא ירטבו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לקחתי __________ כדי לא להירטב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ההר המושלג שבצפון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ללבוש כמה __________ כדי להתחמם בחורף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קבוצה גדולה של ציפורים שטסות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ציפורים גדולות שנודדות בחורף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קול חזק שבא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 שעוטפים סביב הצוואר כדי להתחמם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חזק בשמיים בזמן 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מתכסים בעננים כהים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הרוח מתחזקת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בשמיים ושומעים רעם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ברק לרעם?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ללבוש שכבות בגדים בחורף?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ציפור שנודדת לישראל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בגד שמים על הרגליים כשיש שלוליות?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תפזורת החורף – מילים מהעונה הקרה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