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קוראים ונהנים – 4 עולמות בניקוד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תפזורת החורף – מילים מהעונה הקרה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ולהבין מילים הקשורות לחורף מתוך התפזורת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קריאה והבנה של מילות חורף בהקשר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הבדלים בין מילים דומות כמו ברק ורעם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– בחרו את התשובה הנכונה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מים שנשארים אחרי הגשם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עגורים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כדי להתחמם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חרמון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צעיף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ברק הוא האור, ורעם הוא הקול שבא אחריו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הכנרת היא אגם גדול בצפון הארץ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המגפיים שומרים על הרגליים יבשות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עגורים הם ציפורים שנודדות בחורף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שלולית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מגפיים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מטריה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חרמון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שכבות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בין המילה למשמעות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(אור חזק בשמיים בזמן סערה)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(קול חזק שבא אחרי הברק)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(בד שעוטפים סביב הצוואר כדי להתחמם)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(קבוצה גדולה של ציפורים שטסות יחד)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(ציפורים גדולות שנודדות בחורף לישראל)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שלבי הסערה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השמיים מתכסים בעננים כהים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הרוח מתחזקת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רואים ברק בשמיים ושומעים רעם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יורד גשם חזק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שאלות קצרות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ברק הוא האור בשמיים, ורעם הוא הקול שבא אחריו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כדי להישאר חמים, ואפשר להוריד בגד אם מתחמם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ברק-אור, רעם-קול אחרי הברק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עגורים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מגפיים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להתחיל בפתרון התפזורת בזוגות ואז לעבור לדף התרגול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להדגים על הלוח את ההבדל בין ברק לרעם לפני תרגיל האמת/שקר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לוותר על החלקים המסומנים כקשים ולהתמקד בהתאמה ובהשלמת מילים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קוראים ונהנים – 4 עולמות בניקוד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תפזורת החורף – מילים מהעונה הקרה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בחורף יש מילים מיוחדות כמו גשם, רוח וקור. בדף הזה נלמד מילים מהתפזורת של החורף.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שלולית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מים שנשארים על הרצפה אחרי הגשם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עגורים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ציפורים גדולות שנודדות לישראל בחורף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מגפיים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נעליים גבוהות ללכת בהן בבוץ ובשלוליות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מטריה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כלי שפותחים מעל הראש כדי לא להירטב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חרמון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ההר הכי גבוה בישראל, יורד עליו שלג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שכבות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כמה בגדים אחד על השני כדי להתחמם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סערה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מזג אוויר חזק עם רוח וגשם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להקה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קבוצה גדולה של ציפורים או בעלי חיים שנעים יחד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הבנה – בחרו את התשובה הנכונה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המילה שלולית אומרת?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מים שנשארים אחרי הגשם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ענן גדול בשמיים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נהר ארוך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הר גבוה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איזה ציפור טסה לישראל כשקר?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עגורים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יונים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תרנגולות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ברווזי בית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למה שמים הרבה בגדים בחורף?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כדי להתחמם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כדי להיראות גדולים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כדי לרוץ מהר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כדי לשחות בים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שם ההר המושלג?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חרמון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כרמל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תבור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גלבוע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עוטפים על הצוואר בקור?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צעיף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מגפיים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מטריה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שלולית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ברק הוא הקול החזק שבא אחרי האור בשמיים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כנרת הוא שמו של אגם גדול בישראל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מגפיים נועלים כדי ללכת בבטחה בשלוליות ובבוץ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עגורים הם סוג של דגים הגרים בים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אחרי הגשם נוצרה __________ גדולה בחצר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בחורף אני נועל __________ כדי שהרגליים לא ירטבו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לקחתי __________ כדי לא להירטב מהגשם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ה__________ הוא ההר המושלג שבצפון הארץ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כדאי ללבוש כמה __________ כדי להתחמם בחורף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בין המילה למשמעות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ברק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בד שעוטפים סביב הצוואר כדי להתחמם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רעם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אור חזק בשמיים בזמן סערה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צעיף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קבוצה גדולה של ציפורים שטסות יחד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להקה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ציפורים גדולות שנודדות בחורף לישראל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עגורים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קול חזק שבא אחרי הברק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שלבי הסערה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הרוח מתחזקת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יורד גשם חזק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השמיים מתכסים בעננים כהים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רואים ברק בשמיים ושומעים רעם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שאלות קצרות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ההבדל בין ברק לרעם?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למה חשוב ללבוש שכבות בגדים בחורף?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ברק לרעם?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שם של ציפור שנודדת לישראל בחורף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איזה בגד שמים על הרגליים כשיש שלוליות?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תפזורת החורף – מילים מהעונה הקרה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