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תפזורת החורף – מילים מהעונה הקרה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ולהבין מילים הקשורות לחורף מתוך התפזורת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מילות חורף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בין מילים דומות כמו ברק ורעם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מים שנשארים אחרי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עגורים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הכנרת היא אגם גדול בצפון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המגפיים שומרים על הרגליים יבשות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מגפיים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(קול חזק שבא אחרי הברק)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(בד שעוטפים סביב הצוואר כדי להתחמם)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(ציפורים גדולות שנודדות בחורף לישראל)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השמיים מתכסים בעננים כהים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הרוח מתחזקת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יורד גשם 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להישאר חמים, ואפשר להוריד בגד אם מתחמם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ברק-אור, רעם-קול אחרי הברק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בפתרון התפזורת בזוגות ואז לעבור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ההבדל בין ברק לרעם לפני תרגיל האמת/שקר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החלקים המסומנים כקשים ולהתמקד בהתאמה ובהשלמת 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תפזורת החורף – מילים מהעונה הקרה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בתפזורת מסתתרות מילים רבות שקשורות לעונת החורף – בגדים, מזג אוויר, מקומות בארץ ובעלי חיים. בדף הזה נתרגל את המילים האלה ואת המשמעות שלהן.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מגפיים  ·  שלולית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שלולית?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 שנשארים אחרי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ענן גדול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נהר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ציפורים נודדות לישראל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תרנגולות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כנרת הוא שמו של אגם גדול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מגפיים נועלים כדי ללכת בבטחה בשלוליות ובבוץ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אחרי הגשם נוצרה __________ גדולה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בחורף אני נועל __________ כדי שהרגליים לא ירטבו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בד שעוטפים סביב הצוואר כדי להתחמם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צעיף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ציפורים גדולות שנודדות בחורף לישראל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קול חזק שבא אחרי הברק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הסערה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הרוח מתחזקת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יורד גשם 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השמיים מתכסים בעננים כהים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חשוב ללבוש שכבות בגדים בחורף?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ברק לרעם?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ציפור שנודדת לישראל בחורף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תפזורת החורף – מילים מהעונה הקרה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